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 w:after="40"/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DF Assignment 6: Fergus File Carving</w:t>
      </w:r>
    </w:p>
    <w:p>
      <w:pPr>
        <w:spacing w:line="240" w:lineRule="auto" w:after="240"/>
        <w:jc w:val="center"/>
      </w:pPr>
      <w:r>
        <w:rPr>
          <w:rFonts w:ascii="Times New Roman" w:hAnsi="Times New Roman" w:eastAsia="Times New Roman"/>
          <w:b w:val="0"/>
          <w:i w:val="0"/>
          <w:sz w:val="22"/>
        </w:rPr>
        <w:t>Name: Che Yu Chan</w:t>
      </w:r>
    </w:p>
    <w:p>
      <w:pPr>
        <w:spacing w:line="240" w:lineRule="auto" w:after="60" w:before="160"/>
      </w:pPr>
      <w:r>
        <w:rPr>
          <w:rFonts w:ascii="Times New Roman" w:hAnsi="Times New Roman" w:eastAsia="Times New Roman"/>
          <w:b/>
          <w:i w:val="0"/>
          <w:sz w:val="24"/>
        </w:rPr>
        <w:t>Method</w:t>
      </w:r>
    </w:p>
    <w:p>
      <w:pPr>
        <w:spacing w:line="240" w:lineRule="auto" w:after="60"/>
      </w:pPr>
      <w:r>
        <w:rPr>
          <w:rFonts w:ascii="Times New Roman" w:hAnsi="Times New Roman" w:eastAsia="Times New Roman"/>
          <w:b w:val="0"/>
          <w:i w:val="0"/>
          <w:sz w:val="22"/>
        </w:rPr>
        <w:t>I opened the provided Fergus image and checked the end of the file in hex using GHex. I looked for the normal JPEG end marker, FF D9. I then checked the bytes after that marker for another file signature.</w:t>
      </w:r>
    </w:p>
    <w:p>
      <w:pPr>
        <w:spacing w:line="240" w:lineRule="auto" w:after="60"/>
      </w:pPr>
      <w:r>
        <w:rPr>
          <w:rFonts w:ascii="Times New Roman" w:hAnsi="Times New Roman" w:eastAsia="Times New Roman"/>
          <w:b w:val="0"/>
          <w:i w:val="0"/>
          <w:sz w:val="22"/>
        </w:rPr>
        <w:t>I found FF D9 at offsets 310,297–310,298. The next bytes, starting at offset 310,299, were %PDF-, which is the beginning of a PDF file. I carved everything from offset 310,299 to the end of the original image into a separate PDF. I used file and pdfinfo to check that the recovered file was a real PDF.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937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eaded_visible_jpeg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93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line="240" w:lineRule="auto" w:after="60" w:before="160"/>
      </w:pPr>
      <w:r>
        <w:rPr>
          <w:rFonts w:ascii="Times New Roman" w:hAnsi="Times New Roman" w:eastAsia="Times New Roman"/>
          <w:b/>
          <w:i w:val="0"/>
          <w:sz w:val="24"/>
        </w:rPr>
        <w:t>What I found in hex</w:t>
      </w:r>
    </w:p>
    <w:p>
      <w:pPr>
        <w:spacing w:line="240" w:lineRule="auto" w:after="60"/>
      </w:pPr>
      <w:r>
        <w:rPr>
          <w:rFonts w:ascii="Times New Roman" w:hAnsi="Times New Roman" w:eastAsia="Times New Roman"/>
          <w:b w:val="0"/>
          <w:i w:val="0"/>
          <w:sz w:val="22"/>
        </w:rPr>
        <w:t>The red boxes below show the two signatures used for carving. The JPEG file ends at FF D9. Right after it, the PDF file begins with %PDF-. This means extra data was added after the JPEG had already ended.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937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hex_hex_redboxes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93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240" w:lineRule="auto" w:after="60" w:before="160"/>
      </w:pPr>
      <w:r>
        <w:rPr>
          <w:rFonts w:ascii="Times New Roman" w:hAnsi="Times New Roman" w:eastAsia="Times New Roman"/>
          <w:b/>
          <w:i w:val="0"/>
          <w:sz w:val="24"/>
        </w:rPr>
        <w:t>File comparison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2088"/>
            <w:vAlign w:val="top"/>
            <w:shd w:fill="D9E2F3"/>
          </w:tcPr>
          <w:p>
            <w:pPr>
              <w:spacing w:after="0"/>
            </w:pPr>
            <w:r/>
            <w:r>
              <w:rPr>
                <w:rFonts w:ascii="Times New Roman" w:hAnsi="Times New Roman" w:eastAsia="Times New Roman"/>
                <w:b/>
                <w:sz w:val="20"/>
              </w:rPr>
              <w:t>File</w:t>
            </w:r>
          </w:p>
        </w:tc>
        <w:tc>
          <w:tcPr>
            <w:tcW w:type="dxa" w:w="1656"/>
            <w:vAlign w:val="top"/>
            <w:shd w:fill="D9E2F3"/>
          </w:tcPr>
          <w:p>
            <w:pPr>
              <w:spacing w:after="0"/>
            </w:pPr>
            <w:r/>
            <w:r>
              <w:rPr>
                <w:rFonts w:ascii="Times New Roman" w:hAnsi="Times New Roman" w:eastAsia="Times New Roman"/>
                <w:b/>
                <w:sz w:val="20"/>
              </w:rPr>
              <w:t>Size</w:t>
            </w:r>
          </w:p>
        </w:tc>
        <w:tc>
          <w:tcPr>
            <w:tcW w:type="dxa" w:w="5760"/>
            <w:vAlign w:val="top"/>
            <w:shd w:fill="D9E2F3"/>
          </w:tcPr>
          <w:p>
            <w:pPr>
              <w:spacing w:after="0"/>
            </w:pPr>
            <w:r/>
            <w:r>
              <w:rPr>
                <w:rFonts w:ascii="Times New Roman" w:hAnsi="Times New Roman" w:eastAsia="Times New Roman"/>
                <w:b/>
                <w:sz w:val="20"/>
              </w:rPr>
              <w:t>What I found</w:t>
            </w:r>
          </w:p>
        </w:tc>
      </w:tr>
      <w:tr>
        <w:tc>
          <w:tcPr>
            <w:tcW w:type="dxa" w:w="2088"/>
            <w:vAlign w:val="top"/>
          </w:tcPr>
          <w:p>
            <w:pPr>
              <w:spacing w:after="0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Original image</w:t>
            </w:r>
          </w:p>
        </w:tc>
        <w:tc>
          <w:tcPr>
            <w:tcW w:type="dxa" w:w="1656"/>
            <w:vAlign w:val="top"/>
          </w:tcPr>
          <w:p>
            <w:pPr>
              <w:spacing w:after="0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523,648 bytes</w:t>
            </w:r>
          </w:p>
        </w:tc>
        <w:tc>
          <w:tcPr>
            <w:tcW w:type="dxa" w:w="5760"/>
            <w:vAlign w:val="top"/>
          </w:tcPr>
          <w:p>
            <w:pPr>
              <w:spacing w:after="0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JPEG image, 437 × 611 pixels. It displays the Fergus picture, but it also has extra data after the normal JPEG ending.</w:t>
            </w:r>
          </w:p>
        </w:tc>
      </w:tr>
      <w:tr>
        <w:tc>
          <w:tcPr>
            <w:tcW w:type="dxa" w:w="2088"/>
            <w:vAlign w:val="top"/>
          </w:tcPr>
          <w:p>
            <w:pPr>
              <w:spacing w:after="0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Carved image part</w:t>
            </w:r>
          </w:p>
        </w:tc>
        <w:tc>
          <w:tcPr>
            <w:tcW w:type="dxa" w:w="1656"/>
            <w:vAlign w:val="top"/>
          </w:tcPr>
          <w:p>
            <w:pPr>
              <w:spacing w:after="0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310,299 bytes</w:t>
            </w:r>
          </w:p>
        </w:tc>
        <w:tc>
          <w:tcPr>
            <w:tcW w:type="dxa" w:w="5760"/>
            <w:vAlign w:val="top"/>
          </w:tcPr>
          <w:p>
            <w:pPr>
              <w:spacing w:after="0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Valid JPEG image. This is the visible dog picture.</w:t>
            </w:r>
          </w:p>
        </w:tc>
      </w:tr>
      <w:tr>
        <w:tc>
          <w:tcPr>
            <w:tcW w:type="dxa" w:w="2088"/>
            <w:vAlign w:val="top"/>
          </w:tcPr>
          <w:p>
            <w:pPr>
              <w:spacing w:after="0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Carved hidden file</w:t>
            </w:r>
          </w:p>
        </w:tc>
        <w:tc>
          <w:tcPr>
            <w:tcW w:type="dxa" w:w="1656"/>
            <w:vAlign w:val="top"/>
          </w:tcPr>
          <w:p>
            <w:pPr>
              <w:spacing w:after="0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213,349 bytes</w:t>
            </w:r>
          </w:p>
        </w:tc>
        <w:tc>
          <w:tcPr>
            <w:tcW w:type="dxa" w:w="5760"/>
            <w:vAlign w:val="top"/>
          </w:tcPr>
          <w:p>
            <w:pPr>
              <w:spacing w:after="0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Valid one-page PDF. Its text says, “This is my dog Fergus.”</w:t>
            </w:r>
          </w:p>
        </w:tc>
      </w:tr>
    </w:tbl>
    <w:p>
      <w:r>
        <w:br w:type="page"/>
      </w:r>
    </w:p>
    <w:p>
      <w:pPr>
        <w:spacing w:line="240" w:lineRule="auto" w:after="60" w:before="160"/>
      </w:pPr>
      <w:r>
        <w:rPr>
          <w:rFonts w:ascii="Times New Roman" w:hAnsi="Times New Roman" w:eastAsia="Times New Roman"/>
          <w:b/>
          <w:i w:val="0"/>
          <w:sz w:val="24"/>
        </w:rPr>
        <w:t>Recovered hidden file</w:t>
      </w:r>
    </w:p>
    <w:p>
      <w:pPr>
        <w:spacing w:line="240" w:lineRule="auto" w:after="60"/>
      </w:pPr>
      <w:r>
        <w:rPr>
          <w:rFonts w:ascii="Times New Roman" w:hAnsi="Times New Roman" w:eastAsia="Times New Roman"/>
          <w:b w:val="0"/>
          <w:i w:val="0"/>
          <w:sz w:val="22"/>
        </w:rPr>
        <w:t>After carving the PDF, I opened it in Chromium. It opened normally as a one-page PDF, so the data after the JPEG end marker was not random data. It was a separate hidden PDF file.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937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eaded_recovered_pdf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93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240" w:lineRule="auto" w:after="60" w:before="160"/>
      </w:pPr>
      <w:r>
        <w:rPr>
          <w:rFonts w:ascii="Times New Roman" w:hAnsi="Times New Roman" w:eastAsia="Times New Roman"/>
          <w:b/>
          <w:i w:val="0"/>
          <w:sz w:val="24"/>
        </w:rPr>
        <w:t>What this means</w:t>
      </w:r>
    </w:p>
    <w:p>
      <w:pPr>
        <w:spacing w:line="240" w:lineRule="auto" w:after="60"/>
      </w:pPr>
      <w:r>
        <w:rPr>
          <w:rFonts w:ascii="Times New Roman" w:hAnsi="Times New Roman" w:eastAsia="Times New Roman"/>
          <w:b w:val="0"/>
          <w:i w:val="0"/>
          <w:sz w:val="22"/>
        </w:rPr>
        <w:t>The original file was not only a JPEG. It had a PDF appended after the JPEG end marker. Looking at the file signatures made it possible to find the boundary and carve the PDF out of the image.</w:t>
      </w:r>
    </w:p>
    <w:p>
      <w:pPr>
        <w:spacing w:line="240" w:lineRule="auto" w:after="0"/>
      </w:pPr>
      <w:r>
        <w:rPr>
          <w:rFonts w:ascii="Times New Roman" w:hAnsi="Times New Roman" w:eastAsia="Times New Roman"/>
          <w:b w:val="0"/>
          <w:i/>
          <w:sz w:val="22"/>
        </w:rPr>
        <w:t>BTW: Fergus is really cute!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 Assignment 6: Fergus File Carving</dc:title>
  <dc:subject/>
  <dc:creator>Che Yu Chan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